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20"/>
        <w:gridCol w:w="6612"/>
        <w:gridCol w:w="1872"/>
      </w:tblGrid>
      <w:tr w:rsidR="001B41A6" w14:paraId="41B3EC5C" w14:textId="77777777" w:rsidTr="00FF59A4">
        <w:trPr>
          <w:trHeight w:val="1075"/>
          <w:jc w:val="center"/>
        </w:trPr>
        <w:tc>
          <w:tcPr>
            <w:tcW w:w="1320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80CD7D" w14:textId="0FF4C68B" w:rsidR="001B41A6" w:rsidRDefault="001B41A6">
            <w:pPr>
              <w:jc w:val="center"/>
            </w:pPr>
          </w:p>
        </w:tc>
        <w:tc>
          <w:tcPr>
            <w:tcW w:w="661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580629" w14:textId="3C716E2E" w:rsidR="001B41A6" w:rsidRDefault="00FF59A4" w:rsidP="00FF59A4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1CCDAD4" wp14:editId="15DDB475">
                  <wp:simplePos x="0" y="0"/>
                  <wp:positionH relativeFrom="column">
                    <wp:posOffset>-374015</wp:posOffset>
                  </wp:positionH>
                  <wp:positionV relativeFrom="paragraph">
                    <wp:posOffset>262255</wp:posOffset>
                  </wp:positionV>
                  <wp:extent cx="817245" cy="817245"/>
                  <wp:effectExtent l="0" t="0" r="1905" b="0"/>
                  <wp:wrapThrough wrapText="bothSides">
                    <wp:wrapPolygon edited="0">
                      <wp:start x="0" y="1510"/>
                      <wp:lineTo x="0" y="4028"/>
                      <wp:lineTo x="5538" y="10573"/>
                      <wp:lineTo x="3021" y="12084"/>
                      <wp:lineTo x="3021" y="14601"/>
                      <wp:lineTo x="6545" y="17119"/>
                      <wp:lineTo x="9063" y="17119"/>
                      <wp:lineTo x="15608" y="14601"/>
                      <wp:lineTo x="20643" y="12084"/>
                      <wp:lineTo x="21147" y="1510"/>
                      <wp:lineTo x="0" y="1510"/>
                    </wp:wrapPolygon>
                  </wp:wrapThrough>
                  <wp:docPr id="576029227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42571A" w14:textId="4FD5948C" w:rsidR="007A45AF" w:rsidRDefault="007A45AF" w:rsidP="00FF59A4">
            <w:pPr>
              <w:rPr>
                <w:color w:val="2E7CA8"/>
                <w:sz w:val="16"/>
              </w:rPr>
            </w:pPr>
            <w:r>
              <w:rPr>
                <w:b/>
                <w:noProof/>
                <w:color w:val="0B3F68"/>
              </w:rPr>
              <w:drawing>
                <wp:inline distT="0" distB="0" distL="0" distR="0" wp14:anchorId="707B5D46" wp14:editId="22CA0052">
                  <wp:extent cx="2140527" cy="763492"/>
                  <wp:effectExtent l="0" t="0" r="0" b="0"/>
                  <wp:docPr id="154759309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90" cy="771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8850EF" w14:textId="02A19E4B" w:rsidR="001B41A6" w:rsidRDefault="00F00B00" w:rsidP="00FF59A4">
            <w:pPr>
              <w:jc w:val="center"/>
            </w:pPr>
            <w:r>
              <w:rPr>
                <w:color w:val="2E7CA8"/>
                <w:sz w:val="16"/>
              </w:rPr>
              <w:t>~~~~~~~~~~~~  ♥  ~~~~~~~~~~~~</w:t>
            </w:r>
          </w:p>
        </w:tc>
        <w:tc>
          <w:tcPr>
            <w:tcW w:w="187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18D519" w14:textId="68ABB4BE" w:rsidR="001B41A6" w:rsidRDefault="001B41A6">
            <w:pPr>
              <w:jc w:val="center"/>
            </w:pPr>
          </w:p>
        </w:tc>
      </w:tr>
    </w:tbl>
    <w:p w14:paraId="2E7F5BD1" w14:textId="77777777" w:rsidR="001B41A6" w:rsidRDefault="001B41A6">
      <w:pPr>
        <w:spacing w:after="0"/>
      </w:pPr>
    </w:p>
    <w:p w14:paraId="66F224F5" w14:textId="77777777" w:rsidR="001B41A6" w:rsidRDefault="00F00B00">
      <w:pPr>
        <w:spacing w:after="120"/>
        <w:jc w:val="center"/>
      </w:pPr>
      <w:r w:rsidRPr="00AA4833">
        <w:rPr>
          <w:color w:val="0B3F68"/>
          <w:sz w:val="16"/>
          <w:highlight w:val="yellow"/>
        </w:rPr>
        <w:t>Bearbeitbare Vorlage für die Information der Eltern und Sorgeberechtigten.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14"/>
        <w:gridCol w:w="2664"/>
      </w:tblGrid>
      <w:tr w:rsidR="001B41A6" w14:paraId="735853A9" w14:textId="77777777">
        <w:trPr>
          <w:jc w:val="center"/>
        </w:trPr>
        <w:tc>
          <w:tcPr>
            <w:tcW w:w="7314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14:paraId="7280C882" w14:textId="77777777" w:rsidR="001B41A6" w:rsidRDefault="00F00B00">
            <w:r>
              <w:rPr>
                <w:b/>
                <w:color w:val="0B3F68"/>
              </w:rPr>
              <w:t>Liebe Eltern, liebe Sorgeberechtigte,</w:t>
            </w:r>
          </w:p>
          <w:p w14:paraId="51990695" w14:textId="1392FCEE" w:rsidR="001B41A6" w:rsidRDefault="00F00B00">
            <w:pPr>
              <w:spacing w:after="40"/>
            </w:pPr>
            <w:r>
              <w:rPr>
                <w:color w:val="0B3F68"/>
                <w:sz w:val="16"/>
              </w:rPr>
              <w:t xml:space="preserve">unsere </w:t>
            </w:r>
            <w:r w:rsidRPr="00AA4833">
              <w:rPr>
                <w:color w:val="0B3F68"/>
                <w:sz w:val="16"/>
                <w:highlight w:val="yellow"/>
              </w:rPr>
              <w:t>Klasse / Gruppe</w:t>
            </w:r>
            <w:r>
              <w:rPr>
                <w:color w:val="0B3F68"/>
                <w:sz w:val="16"/>
              </w:rPr>
              <w:t xml:space="preserve"> plant eine Klassenfahrt bzw. Gruppenreise in die </w:t>
            </w:r>
            <w:r>
              <w:rPr>
                <w:b/>
                <w:color w:val="0B3F68"/>
                <w:sz w:val="16"/>
              </w:rPr>
              <w:t>Strandperle Sylt</w:t>
            </w:r>
            <w:r>
              <w:rPr>
                <w:color w:val="0B3F68"/>
                <w:sz w:val="16"/>
              </w:rPr>
              <w:t>, ein Gästehaus von Hamburger Kind in Kampen auf Sylt.</w:t>
            </w:r>
            <w:r w:rsidR="00AA4833">
              <w:rPr>
                <w:color w:val="0B3F68"/>
                <w:sz w:val="16"/>
              </w:rPr>
              <w:br/>
            </w:r>
          </w:p>
          <w:p w14:paraId="769E5692" w14:textId="77777777" w:rsidR="001B41A6" w:rsidRDefault="00F00B00">
            <w:pPr>
              <w:spacing w:after="40"/>
            </w:pPr>
            <w:r>
              <w:rPr>
                <w:color w:val="0B3F68"/>
                <w:sz w:val="16"/>
              </w:rPr>
              <w:t xml:space="preserve">Die Reise findet voraussichtlich statt vom </w:t>
            </w:r>
            <w:r>
              <w:rPr>
                <w:b/>
                <w:color w:val="2E7CA8"/>
                <w:sz w:val="16"/>
              </w:rPr>
              <w:t>[</w:t>
            </w:r>
            <w:r w:rsidRPr="00AA4833">
              <w:rPr>
                <w:b/>
                <w:color w:val="2E7CA8"/>
                <w:sz w:val="16"/>
                <w:highlight w:val="yellow"/>
              </w:rPr>
              <w:t>Datum einfügen</w:t>
            </w:r>
            <w:r>
              <w:rPr>
                <w:b/>
                <w:color w:val="2E7CA8"/>
                <w:sz w:val="16"/>
              </w:rPr>
              <w:t>]</w:t>
            </w:r>
            <w:r>
              <w:rPr>
                <w:color w:val="0B3F68"/>
                <w:sz w:val="16"/>
              </w:rPr>
              <w:t xml:space="preserve"> bis </w:t>
            </w:r>
            <w:r>
              <w:rPr>
                <w:b/>
                <w:color w:val="2E7CA8"/>
                <w:sz w:val="16"/>
              </w:rPr>
              <w:t>[</w:t>
            </w:r>
            <w:r w:rsidRPr="00AA4833">
              <w:rPr>
                <w:b/>
                <w:color w:val="2E7CA8"/>
                <w:sz w:val="16"/>
                <w:highlight w:val="yellow"/>
              </w:rPr>
              <w:t>Datum einfügen</w:t>
            </w:r>
            <w:r>
              <w:rPr>
                <w:b/>
                <w:color w:val="2E7CA8"/>
                <w:sz w:val="16"/>
              </w:rPr>
              <w:t>]</w:t>
            </w:r>
            <w:r>
              <w:rPr>
                <w:color w:val="0B3F68"/>
                <w:sz w:val="16"/>
              </w:rPr>
              <w:t>.</w:t>
            </w:r>
          </w:p>
          <w:p w14:paraId="10468AE3" w14:textId="77777777" w:rsidR="00AA4833" w:rsidRDefault="00F00B00">
            <w:pPr>
              <w:spacing w:after="40"/>
              <w:rPr>
                <w:color w:val="0B3F68"/>
                <w:sz w:val="16"/>
              </w:rPr>
            </w:pPr>
            <w:r>
              <w:rPr>
                <w:color w:val="0B3F68"/>
                <w:sz w:val="16"/>
              </w:rPr>
              <w:t xml:space="preserve">Während der Fahrt möchten wir den Kindern und Jugendlichen ermöglichen, Gemeinschaft zu erleben, Natur zu entdecken und </w:t>
            </w:r>
            <w:proofErr w:type="spellStart"/>
            <w:r>
              <w:rPr>
                <w:color w:val="0B3F68"/>
                <w:sz w:val="16"/>
              </w:rPr>
              <w:t>als</w:t>
            </w:r>
            <w:proofErr w:type="spellEnd"/>
            <w:r>
              <w:rPr>
                <w:color w:val="0B3F68"/>
                <w:sz w:val="16"/>
              </w:rPr>
              <w:t xml:space="preserve"> Gruppe </w:t>
            </w:r>
            <w:proofErr w:type="spellStart"/>
            <w:r>
              <w:rPr>
                <w:color w:val="0B3F68"/>
                <w:sz w:val="16"/>
              </w:rPr>
              <w:t>weiter</w:t>
            </w:r>
            <w:proofErr w:type="spellEnd"/>
            <w:r>
              <w:rPr>
                <w:color w:val="0B3F68"/>
                <w:sz w:val="16"/>
              </w:rPr>
              <w:t xml:space="preserve"> </w:t>
            </w:r>
            <w:proofErr w:type="spellStart"/>
            <w:r>
              <w:rPr>
                <w:color w:val="0B3F68"/>
                <w:sz w:val="16"/>
              </w:rPr>
              <w:t>zusammenzuwachsen</w:t>
            </w:r>
            <w:proofErr w:type="spellEnd"/>
            <w:r>
              <w:rPr>
                <w:color w:val="0B3F68"/>
                <w:sz w:val="16"/>
              </w:rPr>
              <w:t>.</w:t>
            </w:r>
          </w:p>
          <w:p w14:paraId="74AE6CE5" w14:textId="77777777" w:rsidR="00AA4833" w:rsidRDefault="00AA4833">
            <w:pPr>
              <w:spacing w:after="40"/>
              <w:rPr>
                <w:color w:val="0B3F68"/>
                <w:sz w:val="16"/>
              </w:rPr>
            </w:pPr>
          </w:p>
          <w:p w14:paraId="336C1414" w14:textId="5E396457" w:rsidR="001B41A6" w:rsidRPr="00AA4833" w:rsidRDefault="00AA4833">
            <w:pPr>
              <w:spacing w:after="40"/>
              <w:rPr>
                <w:b/>
                <w:bCs/>
              </w:rPr>
            </w:pPr>
            <w:proofErr w:type="spellStart"/>
            <w:r w:rsidRPr="00AA4833">
              <w:rPr>
                <w:b/>
                <w:bCs/>
                <w:color w:val="0B3F68"/>
                <w:sz w:val="16"/>
              </w:rPr>
              <w:t>Nachfolgend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finden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 </w:t>
            </w:r>
            <w:r w:rsidR="00FF59A4">
              <w:rPr>
                <w:b/>
                <w:bCs/>
                <w:color w:val="0B3F68"/>
                <w:sz w:val="16"/>
              </w:rPr>
              <w:t>S</w:t>
            </w:r>
            <w:r w:rsidRPr="00AA4833">
              <w:rPr>
                <w:b/>
                <w:bCs/>
                <w:color w:val="0B3F68"/>
                <w:sz w:val="16"/>
              </w:rPr>
              <w:t xml:space="preserve">ie alle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Informationen</w:t>
            </w:r>
            <w:proofErr w:type="spellEnd"/>
            <w:r w:rsidR="00FF59A4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="00FF59A4">
              <w:rPr>
                <w:b/>
                <w:bCs/>
                <w:color w:val="0B3F68"/>
                <w:sz w:val="16"/>
              </w:rPr>
              <w:t>zur</w:t>
            </w:r>
            <w:proofErr w:type="spellEnd"/>
            <w:r w:rsidR="00FF59A4">
              <w:rPr>
                <w:b/>
                <w:bCs/>
                <w:color w:val="0B3F68"/>
                <w:sz w:val="16"/>
              </w:rPr>
              <w:t xml:space="preserve"> Reise</w:t>
            </w:r>
            <w:r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kompakt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aufgelistet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>:</w:t>
            </w:r>
            <w:r w:rsidRPr="00AA4833">
              <w:rPr>
                <w:b/>
                <w:bCs/>
                <w:color w:val="0B3F68"/>
                <w:sz w:val="16"/>
              </w:rPr>
              <w:br/>
            </w:r>
          </w:p>
          <w:p w14:paraId="544B129D" w14:textId="77777777" w:rsidR="001B41A6" w:rsidRPr="00AA4833" w:rsidRDefault="00F00B00">
            <w:pPr>
              <w:spacing w:before="60" w:after="0"/>
              <w:rPr>
                <w:sz w:val="16"/>
                <w:szCs w:val="16"/>
              </w:rPr>
            </w:pPr>
            <w:r w:rsidRPr="00AA4833">
              <w:rPr>
                <w:b/>
                <w:color w:val="0F5F86"/>
                <w:sz w:val="16"/>
                <w:szCs w:val="16"/>
              </w:rPr>
              <w:t>REISEZIEL</w:t>
            </w:r>
          </w:p>
          <w:p w14:paraId="4228CA48" w14:textId="77777777" w:rsidR="00AA4833" w:rsidRDefault="00F00B00">
            <w:pPr>
              <w:spacing w:after="20"/>
              <w:rPr>
                <w:color w:val="0B3F68"/>
                <w:sz w:val="16"/>
              </w:rPr>
            </w:pPr>
            <w:r>
              <w:rPr>
                <w:color w:val="0B3F68"/>
                <w:sz w:val="16"/>
              </w:rPr>
              <w:t xml:space="preserve">Strandperle Sylt, Lister </w:t>
            </w:r>
            <w:proofErr w:type="spellStart"/>
            <w:r>
              <w:rPr>
                <w:color w:val="0B3F68"/>
                <w:sz w:val="16"/>
              </w:rPr>
              <w:t>Straße</w:t>
            </w:r>
            <w:proofErr w:type="spellEnd"/>
            <w:r>
              <w:rPr>
                <w:color w:val="0B3F68"/>
                <w:sz w:val="16"/>
              </w:rPr>
              <w:t xml:space="preserve"> 7, 25999 Kampen/Sylt</w:t>
            </w:r>
          </w:p>
          <w:p w14:paraId="5F15F896" w14:textId="3D514718" w:rsidR="001B41A6" w:rsidRDefault="00AA4833">
            <w:pPr>
              <w:spacing w:after="20"/>
            </w:pPr>
            <w:r w:rsidRPr="00AA4833">
              <w:rPr>
                <w:color w:val="0B3F68"/>
                <w:sz w:val="16"/>
              </w:rPr>
              <w:t>https://hamburgerkind.de/Strandperle-Sylt/</w:t>
            </w:r>
            <w:r>
              <w:rPr>
                <w:color w:val="0B3F68"/>
                <w:sz w:val="16"/>
              </w:rPr>
              <w:br/>
            </w:r>
          </w:p>
          <w:p w14:paraId="68EE6D61" w14:textId="77777777" w:rsidR="001B41A6" w:rsidRPr="00AA4833" w:rsidRDefault="00F00B00">
            <w:pPr>
              <w:spacing w:before="60" w:after="0"/>
              <w:rPr>
                <w:sz w:val="16"/>
                <w:szCs w:val="16"/>
              </w:rPr>
            </w:pPr>
            <w:r w:rsidRPr="00AA4833">
              <w:rPr>
                <w:b/>
                <w:color w:val="0F5F86"/>
                <w:sz w:val="16"/>
                <w:szCs w:val="16"/>
              </w:rPr>
              <w:t>ABFAHRT &amp; RÜCKKEHR</w:t>
            </w:r>
          </w:p>
          <w:p w14:paraId="1DE708BE" w14:textId="5F0A2FCE" w:rsidR="001B41A6" w:rsidRDefault="00F00B00">
            <w:pPr>
              <w:spacing w:after="20"/>
            </w:pPr>
            <w:r>
              <w:rPr>
                <w:color w:val="0B3F68"/>
                <w:sz w:val="16"/>
              </w:rPr>
              <w:t>[</w:t>
            </w:r>
            <w:r w:rsidRPr="00AA4833">
              <w:rPr>
                <w:color w:val="0B3F68"/>
                <w:sz w:val="16"/>
              </w:rPr>
              <w:t xml:space="preserve">Abfahrt: </w:t>
            </w:r>
            <w:r w:rsidRPr="00AA4833">
              <w:rPr>
                <w:color w:val="0B3F68"/>
                <w:sz w:val="16"/>
                <w:highlight w:val="yellow"/>
              </w:rPr>
              <w:t>Datum / Uhrzeit / Treffpunkt einfügen</w:t>
            </w:r>
            <w:r>
              <w:rPr>
                <w:color w:val="0B3F68"/>
                <w:sz w:val="16"/>
              </w:rPr>
              <w:t>]</w:t>
            </w:r>
            <w:r>
              <w:br/>
            </w:r>
            <w:r>
              <w:rPr>
                <w:color w:val="0B3F68"/>
                <w:sz w:val="16"/>
              </w:rPr>
              <w:t xml:space="preserve">[Rückkehr: </w:t>
            </w:r>
            <w:r w:rsidRPr="00AA4833">
              <w:rPr>
                <w:color w:val="0B3F68"/>
                <w:sz w:val="16"/>
                <w:highlight w:val="yellow"/>
              </w:rPr>
              <w:t>Datum / Uhrzeit / Treffpunkt einfügen</w:t>
            </w:r>
            <w:r>
              <w:rPr>
                <w:color w:val="0B3F68"/>
                <w:sz w:val="16"/>
              </w:rPr>
              <w:t>]</w:t>
            </w:r>
            <w:r w:rsidR="00AA4833">
              <w:rPr>
                <w:color w:val="0B3F68"/>
                <w:sz w:val="16"/>
              </w:rPr>
              <w:br/>
            </w:r>
          </w:p>
          <w:p w14:paraId="43472715" w14:textId="77777777" w:rsidR="001B41A6" w:rsidRPr="00AA4833" w:rsidRDefault="00F00B00">
            <w:pPr>
              <w:spacing w:before="60" w:after="0"/>
              <w:rPr>
                <w:sz w:val="16"/>
                <w:szCs w:val="16"/>
              </w:rPr>
            </w:pPr>
            <w:r w:rsidRPr="00AA4833">
              <w:rPr>
                <w:b/>
                <w:color w:val="0F5F86"/>
                <w:sz w:val="16"/>
                <w:szCs w:val="16"/>
              </w:rPr>
              <w:t>ANREISE</w:t>
            </w:r>
          </w:p>
          <w:p w14:paraId="1BB3241A" w14:textId="24D8C95B" w:rsidR="001B41A6" w:rsidRDefault="00F00B00">
            <w:pPr>
              <w:spacing w:after="20"/>
            </w:pPr>
            <w:r>
              <w:rPr>
                <w:color w:val="0B3F68"/>
                <w:sz w:val="16"/>
              </w:rPr>
              <w:t xml:space="preserve">Die Anreise erfolgt </w:t>
            </w:r>
            <w:proofErr w:type="spellStart"/>
            <w:r>
              <w:rPr>
                <w:color w:val="0B3F68"/>
                <w:sz w:val="16"/>
              </w:rPr>
              <w:t>voraussichtlich</w:t>
            </w:r>
            <w:proofErr w:type="spellEnd"/>
            <w:r>
              <w:rPr>
                <w:color w:val="0B3F68"/>
                <w:sz w:val="16"/>
              </w:rPr>
              <w:t xml:space="preserve"> </w:t>
            </w:r>
            <w:proofErr w:type="spellStart"/>
            <w:r>
              <w:rPr>
                <w:color w:val="0B3F68"/>
                <w:sz w:val="16"/>
              </w:rPr>
              <w:t>mit</w:t>
            </w:r>
            <w:proofErr w:type="spellEnd"/>
            <w:r>
              <w:rPr>
                <w:color w:val="0B3F68"/>
                <w:sz w:val="16"/>
              </w:rPr>
              <w:t xml:space="preserve"> </w:t>
            </w:r>
            <w:r w:rsidRPr="00AA4833">
              <w:rPr>
                <w:color w:val="0B3F68"/>
                <w:sz w:val="16"/>
                <w:highlight w:val="yellow"/>
              </w:rPr>
              <w:t>[</w:t>
            </w:r>
            <w:proofErr w:type="spellStart"/>
            <w:r w:rsidRPr="00AA4833">
              <w:rPr>
                <w:color w:val="0B3F68"/>
                <w:sz w:val="16"/>
                <w:highlight w:val="yellow"/>
              </w:rPr>
              <w:t>Verkehrsmittel</w:t>
            </w:r>
            <w:proofErr w:type="spellEnd"/>
            <w:r w:rsidRPr="00AA4833">
              <w:rPr>
                <w:color w:val="0B3F68"/>
                <w:sz w:val="16"/>
                <w:highlight w:val="yellow"/>
              </w:rPr>
              <w:t xml:space="preserve"> </w:t>
            </w:r>
            <w:proofErr w:type="spellStart"/>
            <w:r w:rsidRPr="00AA4833">
              <w:rPr>
                <w:color w:val="0B3F68"/>
                <w:sz w:val="16"/>
                <w:highlight w:val="yellow"/>
              </w:rPr>
              <w:t>einfügen</w:t>
            </w:r>
            <w:proofErr w:type="spellEnd"/>
            <w:r>
              <w:rPr>
                <w:color w:val="0B3F68"/>
                <w:sz w:val="16"/>
              </w:rPr>
              <w:t>].</w:t>
            </w:r>
            <w:r w:rsidR="00AA4833">
              <w:rPr>
                <w:color w:val="0B3F68"/>
                <w:sz w:val="16"/>
              </w:rPr>
              <w:br/>
            </w:r>
          </w:p>
          <w:p w14:paraId="427CBA42" w14:textId="77777777" w:rsidR="001B41A6" w:rsidRPr="00AA4833" w:rsidRDefault="00F00B00">
            <w:pPr>
              <w:spacing w:before="60" w:after="0"/>
              <w:rPr>
                <w:sz w:val="16"/>
                <w:szCs w:val="16"/>
              </w:rPr>
            </w:pPr>
            <w:r w:rsidRPr="00AA4833">
              <w:rPr>
                <w:b/>
                <w:color w:val="0F5F86"/>
                <w:sz w:val="16"/>
                <w:szCs w:val="16"/>
              </w:rPr>
              <w:t>UNTERKUNFT &amp; VERPFLEGUNG</w:t>
            </w:r>
          </w:p>
          <w:p w14:paraId="7CD6B010" w14:textId="77777777" w:rsidR="00AA4833" w:rsidRDefault="00F00B00">
            <w:pPr>
              <w:spacing w:after="20"/>
              <w:rPr>
                <w:color w:val="0B3F68"/>
                <w:sz w:val="16"/>
              </w:rPr>
            </w:pPr>
            <w:r>
              <w:rPr>
                <w:color w:val="0B3F68"/>
                <w:sz w:val="16"/>
              </w:rPr>
              <w:t xml:space="preserve">Unterbringung in Zimmern für mehrere Personen; Verpflegung in der Regel als Vollpension in Buffetform. </w:t>
            </w:r>
            <w:r w:rsidR="00AA4833">
              <w:rPr>
                <w:color w:val="0B3F68"/>
                <w:sz w:val="16"/>
              </w:rPr>
              <w:br/>
            </w:r>
            <w:r w:rsidRPr="00AA4833">
              <w:rPr>
                <w:b/>
                <w:bCs/>
                <w:color w:val="0B3F68"/>
                <w:sz w:val="16"/>
              </w:rPr>
              <w:t xml:space="preserve">Bitte </w:t>
            </w:r>
            <w:proofErr w:type="spellStart"/>
            <w:r w:rsidR="00AA4833" w:rsidRPr="00AA4833">
              <w:rPr>
                <w:b/>
                <w:bCs/>
                <w:color w:val="0B3F68"/>
                <w:sz w:val="16"/>
              </w:rPr>
              <w:t>teilen</w:t>
            </w:r>
            <w:proofErr w:type="spellEnd"/>
            <w:r w:rsidR="00AA4833"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="00AA4833" w:rsidRPr="00AA4833">
              <w:rPr>
                <w:b/>
                <w:bCs/>
                <w:color w:val="0B3F68"/>
                <w:sz w:val="16"/>
              </w:rPr>
              <w:t>sie</w:t>
            </w:r>
            <w:proofErr w:type="spellEnd"/>
            <w:r w:rsidR="00AA4833"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="00AA4833" w:rsidRPr="00AA4833">
              <w:rPr>
                <w:b/>
                <w:bCs/>
                <w:color w:val="0B3F68"/>
                <w:sz w:val="16"/>
              </w:rPr>
              <w:t>eventuelle</w:t>
            </w:r>
            <w:proofErr w:type="spellEnd"/>
            <w:r w:rsidR="00AA4833"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Allergien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,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Unverträglichkeiten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 und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besondere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Ernährungsformen</w:t>
            </w:r>
            <w:proofErr w:type="spellEnd"/>
            <w:r w:rsid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="00AA4833">
              <w:rPr>
                <w:b/>
                <w:bCs/>
                <w:color w:val="0B3F68"/>
                <w:sz w:val="16"/>
              </w:rPr>
              <w:t>Ihres</w:t>
            </w:r>
            <w:proofErr w:type="spellEnd"/>
            <w:r w:rsid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="00AA4833">
              <w:rPr>
                <w:b/>
                <w:bCs/>
                <w:color w:val="0B3F68"/>
                <w:sz w:val="16"/>
              </w:rPr>
              <w:t>Kindes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Pr="00AA4833">
              <w:rPr>
                <w:b/>
                <w:bCs/>
                <w:color w:val="0B3F68"/>
                <w:sz w:val="16"/>
              </w:rPr>
              <w:t>frühzeitig</w:t>
            </w:r>
            <w:proofErr w:type="spellEnd"/>
            <w:r w:rsidRPr="00AA4833">
              <w:rPr>
                <w:b/>
                <w:bCs/>
                <w:color w:val="0B3F68"/>
                <w:sz w:val="16"/>
              </w:rPr>
              <w:t xml:space="preserve"> </w:t>
            </w:r>
            <w:proofErr w:type="spellStart"/>
            <w:r w:rsidR="00AA4833" w:rsidRPr="00AA4833">
              <w:rPr>
                <w:b/>
                <w:bCs/>
                <w:color w:val="0B3F68"/>
                <w:sz w:val="16"/>
              </w:rPr>
              <w:t>mit</w:t>
            </w:r>
            <w:proofErr w:type="spellEnd"/>
            <w:r>
              <w:rPr>
                <w:color w:val="0B3F68"/>
                <w:sz w:val="16"/>
              </w:rPr>
              <w:t>.</w:t>
            </w:r>
          </w:p>
          <w:p w14:paraId="46025463" w14:textId="084FFA28" w:rsidR="001B41A6" w:rsidRDefault="00AA4833">
            <w:pPr>
              <w:spacing w:after="20"/>
            </w:pPr>
            <w:r>
              <w:rPr>
                <w:color w:val="0B3F68"/>
                <w:sz w:val="16"/>
              </w:rPr>
              <w:t xml:space="preserve">Eine </w:t>
            </w:r>
            <w:proofErr w:type="spellStart"/>
            <w:r>
              <w:rPr>
                <w:color w:val="0B3F68"/>
                <w:sz w:val="16"/>
              </w:rPr>
              <w:t>hilfreiche</w:t>
            </w:r>
            <w:proofErr w:type="spellEnd"/>
            <w:r>
              <w:rPr>
                <w:color w:val="0B3F68"/>
                <w:sz w:val="16"/>
              </w:rPr>
              <w:t xml:space="preserve"> </w:t>
            </w:r>
            <w:proofErr w:type="spellStart"/>
            <w:r>
              <w:rPr>
                <w:color w:val="0B3F68"/>
                <w:sz w:val="16"/>
              </w:rPr>
              <w:t>Packliste</w:t>
            </w:r>
            <w:proofErr w:type="spellEnd"/>
            <w:r>
              <w:rPr>
                <w:color w:val="0B3F68"/>
                <w:sz w:val="16"/>
              </w:rPr>
              <w:t xml:space="preserve"> </w:t>
            </w:r>
            <w:proofErr w:type="spellStart"/>
            <w:r>
              <w:rPr>
                <w:color w:val="0B3F68"/>
                <w:sz w:val="16"/>
              </w:rPr>
              <w:t>folgt</w:t>
            </w:r>
            <w:proofErr w:type="spellEnd"/>
            <w:r>
              <w:rPr>
                <w:color w:val="0B3F68"/>
                <w:sz w:val="16"/>
              </w:rPr>
              <w:t xml:space="preserve"> </w:t>
            </w:r>
            <w:proofErr w:type="spellStart"/>
            <w:r>
              <w:rPr>
                <w:color w:val="0B3F68"/>
                <w:sz w:val="16"/>
              </w:rPr>
              <w:t>separat</w:t>
            </w:r>
            <w:proofErr w:type="spellEnd"/>
            <w:r>
              <w:rPr>
                <w:color w:val="0B3F68"/>
                <w:sz w:val="16"/>
              </w:rPr>
              <w:t>.</w:t>
            </w:r>
            <w:r>
              <w:rPr>
                <w:color w:val="0B3F68"/>
                <w:sz w:val="16"/>
              </w:rPr>
              <w:br/>
            </w:r>
          </w:p>
          <w:p w14:paraId="626C2EB5" w14:textId="77777777" w:rsidR="001B41A6" w:rsidRPr="00AA4833" w:rsidRDefault="00F00B00">
            <w:pPr>
              <w:spacing w:before="60" w:after="0"/>
              <w:rPr>
                <w:sz w:val="16"/>
                <w:szCs w:val="16"/>
              </w:rPr>
            </w:pPr>
            <w:r w:rsidRPr="00AA4833">
              <w:rPr>
                <w:b/>
                <w:color w:val="0F5F86"/>
                <w:sz w:val="16"/>
                <w:szCs w:val="16"/>
              </w:rPr>
              <w:t>KOSTEN</w:t>
            </w:r>
          </w:p>
          <w:p w14:paraId="6B48C04D" w14:textId="4EF75E18" w:rsidR="001B41A6" w:rsidRDefault="00F00B00">
            <w:pPr>
              <w:spacing w:after="20"/>
            </w:pPr>
            <w:r>
              <w:rPr>
                <w:color w:val="0B3F68"/>
                <w:sz w:val="16"/>
              </w:rPr>
              <w:t>Die voraussichtlichen Kosten pro Kind betragen [</w:t>
            </w:r>
            <w:r w:rsidRPr="00AA4833">
              <w:rPr>
                <w:color w:val="0B3F68"/>
                <w:sz w:val="16"/>
                <w:highlight w:val="yellow"/>
              </w:rPr>
              <w:t>Betrag einfügen</w:t>
            </w:r>
            <w:r>
              <w:rPr>
                <w:color w:val="0B3F68"/>
                <w:sz w:val="16"/>
              </w:rPr>
              <w:t xml:space="preserve">]. </w:t>
            </w:r>
            <w:proofErr w:type="spellStart"/>
            <w:r>
              <w:rPr>
                <w:color w:val="0B3F68"/>
                <w:sz w:val="16"/>
              </w:rPr>
              <w:t>Zahlungsfrist</w:t>
            </w:r>
            <w:proofErr w:type="spellEnd"/>
            <w:r>
              <w:rPr>
                <w:color w:val="0B3F68"/>
                <w:sz w:val="16"/>
              </w:rPr>
              <w:t>: [</w:t>
            </w:r>
            <w:r w:rsidRPr="00AA4833">
              <w:rPr>
                <w:color w:val="0B3F68"/>
                <w:sz w:val="16"/>
                <w:highlight w:val="yellow"/>
              </w:rPr>
              <w:t xml:space="preserve">Datum </w:t>
            </w:r>
            <w:proofErr w:type="spellStart"/>
            <w:r w:rsidRPr="00AA4833">
              <w:rPr>
                <w:color w:val="0B3F68"/>
                <w:sz w:val="16"/>
                <w:highlight w:val="yellow"/>
              </w:rPr>
              <w:t>einfügen</w:t>
            </w:r>
            <w:proofErr w:type="spellEnd"/>
            <w:r>
              <w:rPr>
                <w:color w:val="0B3F68"/>
                <w:sz w:val="16"/>
              </w:rPr>
              <w:t>].</w:t>
            </w:r>
            <w:r w:rsidR="00AA4833">
              <w:rPr>
                <w:color w:val="0B3F68"/>
                <w:sz w:val="16"/>
              </w:rPr>
              <w:br/>
            </w:r>
          </w:p>
          <w:p w14:paraId="61062F0D" w14:textId="77777777" w:rsidR="001B41A6" w:rsidRPr="00AA4833" w:rsidRDefault="00F00B00">
            <w:pPr>
              <w:spacing w:before="60" w:after="0"/>
              <w:rPr>
                <w:sz w:val="16"/>
                <w:szCs w:val="16"/>
              </w:rPr>
            </w:pPr>
            <w:r w:rsidRPr="00AA4833">
              <w:rPr>
                <w:b/>
                <w:color w:val="0F5F86"/>
                <w:sz w:val="16"/>
                <w:szCs w:val="16"/>
              </w:rPr>
              <w:t>UNTERLAGEN</w:t>
            </w:r>
          </w:p>
          <w:p w14:paraId="4547E0E9" w14:textId="7E84369C" w:rsidR="001B41A6" w:rsidRDefault="00F00B00">
            <w:pPr>
              <w:spacing w:after="20"/>
            </w:pPr>
            <w:r>
              <w:rPr>
                <w:color w:val="0B3F68"/>
                <w:sz w:val="16"/>
              </w:rPr>
              <w:t xml:space="preserve">Bitte </w:t>
            </w:r>
            <w:proofErr w:type="spellStart"/>
            <w:r>
              <w:rPr>
                <w:color w:val="0B3F68"/>
                <w:sz w:val="16"/>
              </w:rPr>
              <w:t>geben</w:t>
            </w:r>
            <w:proofErr w:type="spellEnd"/>
            <w:r>
              <w:rPr>
                <w:color w:val="0B3F68"/>
                <w:sz w:val="16"/>
              </w:rPr>
              <w:t xml:space="preserve"> Sie</w:t>
            </w:r>
            <w:r w:rsidR="00AA4833">
              <w:rPr>
                <w:color w:val="0B3F68"/>
                <w:sz w:val="16"/>
              </w:rPr>
              <w:t xml:space="preserve"> </w:t>
            </w:r>
            <w:proofErr w:type="spellStart"/>
            <w:r w:rsidR="00AA4833">
              <w:rPr>
                <w:color w:val="0B3F68"/>
                <w:sz w:val="16"/>
              </w:rPr>
              <w:t>Ihrem</w:t>
            </w:r>
            <w:proofErr w:type="spellEnd"/>
            <w:r w:rsidR="00AA4833">
              <w:rPr>
                <w:color w:val="0B3F68"/>
                <w:sz w:val="16"/>
              </w:rPr>
              <w:t xml:space="preserve"> Kind</w:t>
            </w:r>
            <w:r>
              <w:rPr>
                <w:color w:val="0B3F68"/>
                <w:sz w:val="16"/>
              </w:rPr>
              <w:t xml:space="preserve"> </w:t>
            </w:r>
            <w:r w:rsidR="00AA4833">
              <w:rPr>
                <w:color w:val="0B3F68"/>
                <w:sz w:val="16"/>
              </w:rPr>
              <w:t xml:space="preserve">die </w:t>
            </w:r>
            <w:proofErr w:type="spellStart"/>
            <w:r w:rsidR="00AA4833">
              <w:rPr>
                <w:color w:val="0B3F68"/>
                <w:sz w:val="16"/>
              </w:rPr>
              <w:t>unterzeichnete</w:t>
            </w:r>
            <w:proofErr w:type="spellEnd"/>
            <w:r w:rsidR="00AA4833">
              <w:rPr>
                <w:color w:val="0B3F68"/>
                <w:sz w:val="16"/>
              </w:rPr>
              <w:t xml:space="preserve"> </w:t>
            </w:r>
            <w:proofErr w:type="spellStart"/>
            <w:r>
              <w:rPr>
                <w:color w:val="0B3F68"/>
                <w:sz w:val="16"/>
              </w:rPr>
              <w:t>Einverständniserklärung</w:t>
            </w:r>
            <w:proofErr w:type="spellEnd"/>
            <w:r>
              <w:rPr>
                <w:color w:val="0B3F68"/>
                <w:sz w:val="16"/>
              </w:rPr>
              <w:t xml:space="preserve">, </w:t>
            </w:r>
            <w:proofErr w:type="spellStart"/>
            <w:r>
              <w:rPr>
                <w:color w:val="0B3F68"/>
                <w:sz w:val="16"/>
              </w:rPr>
              <w:t>Gesundheitsinformationen</w:t>
            </w:r>
            <w:proofErr w:type="spellEnd"/>
            <w:r>
              <w:rPr>
                <w:color w:val="0B3F68"/>
                <w:sz w:val="16"/>
              </w:rPr>
              <w:t xml:space="preserve"> und </w:t>
            </w:r>
            <w:proofErr w:type="spellStart"/>
            <w:r>
              <w:rPr>
                <w:color w:val="0B3F68"/>
                <w:sz w:val="16"/>
              </w:rPr>
              <w:t>Notfallkontakte</w:t>
            </w:r>
            <w:proofErr w:type="spellEnd"/>
            <w:r>
              <w:rPr>
                <w:color w:val="0B3F68"/>
                <w:sz w:val="16"/>
              </w:rPr>
              <w:t xml:space="preserve"> bis </w:t>
            </w:r>
            <w:proofErr w:type="spellStart"/>
            <w:r>
              <w:rPr>
                <w:color w:val="0B3F68"/>
                <w:sz w:val="16"/>
              </w:rPr>
              <w:t>zum</w:t>
            </w:r>
            <w:proofErr w:type="spellEnd"/>
            <w:r>
              <w:rPr>
                <w:color w:val="0B3F68"/>
                <w:sz w:val="16"/>
              </w:rPr>
              <w:t xml:space="preserve"> [</w:t>
            </w:r>
            <w:r w:rsidRPr="00AA4833">
              <w:rPr>
                <w:color w:val="0B3F68"/>
                <w:sz w:val="16"/>
                <w:highlight w:val="yellow"/>
              </w:rPr>
              <w:t xml:space="preserve">Datum </w:t>
            </w:r>
            <w:proofErr w:type="spellStart"/>
            <w:r w:rsidRPr="00AA4833">
              <w:rPr>
                <w:color w:val="0B3F68"/>
                <w:sz w:val="16"/>
                <w:highlight w:val="yellow"/>
              </w:rPr>
              <w:t>einfügen</w:t>
            </w:r>
            <w:proofErr w:type="spellEnd"/>
            <w:r>
              <w:rPr>
                <w:color w:val="0B3F68"/>
                <w:sz w:val="16"/>
              </w:rPr>
              <w:t xml:space="preserve">] </w:t>
            </w:r>
            <w:proofErr w:type="spellStart"/>
            <w:r>
              <w:rPr>
                <w:color w:val="0B3F68"/>
                <w:sz w:val="16"/>
              </w:rPr>
              <w:t>mit</w:t>
            </w:r>
            <w:proofErr w:type="spellEnd"/>
            <w:r>
              <w:rPr>
                <w:color w:val="0B3F68"/>
                <w:sz w:val="16"/>
              </w:rPr>
              <w:t>.</w:t>
            </w:r>
            <w:r w:rsidR="00AA4833">
              <w:rPr>
                <w:color w:val="0B3F68"/>
                <w:sz w:val="16"/>
              </w:rPr>
              <w:br/>
            </w:r>
          </w:p>
          <w:p w14:paraId="718C26A7" w14:textId="77777777" w:rsidR="001B41A6" w:rsidRPr="00AA4833" w:rsidRDefault="00F00B00">
            <w:pPr>
              <w:spacing w:before="60" w:after="0"/>
              <w:rPr>
                <w:sz w:val="16"/>
                <w:szCs w:val="16"/>
              </w:rPr>
            </w:pPr>
            <w:r w:rsidRPr="00AA4833">
              <w:rPr>
                <w:b/>
                <w:color w:val="0F5F86"/>
                <w:sz w:val="16"/>
                <w:szCs w:val="16"/>
              </w:rPr>
              <w:t>KONTAKT</w:t>
            </w:r>
          </w:p>
          <w:p w14:paraId="28B3D6F8" w14:textId="2170DC78" w:rsidR="001B41A6" w:rsidRDefault="00F00B00">
            <w:pPr>
              <w:spacing w:after="20"/>
              <w:rPr>
                <w:color w:val="0B3F68"/>
                <w:sz w:val="16"/>
              </w:rPr>
            </w:pPr>
            <w:r>
              <w:rPr>
                <w:color w:val="0B3F68"/>
                <w:sz w:val="16"/>
              </w:rPr>
              <w:t>Bei Fragen: [</w:t>
            </w:r>
            <w:r w:rsidRPr="00AA4833">
              <w:rPr>
                <w:color w:val="0B3F68"/>
                <w:sz w:val="16"/>
                <w:highlight w:val="yellow"/>
              </w:rPr>
              <w:t xml:space="preserve">Name der </w:t>
            </w:r>
            <w:proofErr w:type="spellStart"/>
            <w:r w:rsidRPr="00AA4833">
              <w:rPr>
                <w:color w:val="0B3F68"/>
                <w:sz w:val="16"/>
                <w:highlight w:val="yellow"/>
              </w:rPr>
              <w:t>Lehrkraft</w:t>
            </w:r>
            <w:proofErr w:type="spellEnd"/>
            <w:r w:rsidRPr="00AA4833">
              <w:rPr>
                <w:color w:val="0B3F68"/>
                <w:sz w:val="16"/>
                <w:highlight w:val="yellow"/>
              </w:rPr>
              <w:t>],</w:t>
            </w:r>
            <w:r>
              <w:rPr>
                <w:color w:val="0B3F68"/>
                <w:sz w:val="16"/>
              </w:rPr>
              <w:t xml:space="preserve"> [</w:t>
            </w:r>
            <w:r w:rsidRPr="00AA4833">
              <w:rPr>
                <w:color w:val="0B3F68"/>
                <w:sz w:val="16"/>
                <w:highlight w:val="yellow"/>
              </w:rPr>
              <w:t>E-Mail-</w:t>
            </w:r>
            <w:proofErr w:type="spellStart"/>
            <w:r w:rsidRPr="00AA4833">
              <w:rPr>
                <w:color w:val="0B3F68"/>
                <w:sz w:val="16"/>
                <w:highlight w:val="yellow"/>
              </w:rPr>
              <w:t>Adresse</w:t>
            </w:r>
            <w:proofErr w:type="spellEnd"/>
            <w:r w:rsidR="00AA4833">
              <w:rPr>
                <w:color w:val="0B3F68"/>
                <w:sz w:val="16"/>
              </w:rPr>
              <w:t xml:space="preserve"> </w:t>
            </w:r>
            <w:proofErr w:type="spellStart"/>
            <w:r w:rsidR="00AA4833" w:rsidRPr="00AA4833">
              <w:rPr>
                <w:color w:val="0B3F68"/>
                <w:sz w:val="16"/>
                <w:highlight w:val="yellow"/>
              </w:rPr>
              <w:t>Lehrkraft</w:t>
            </w:r>
            <w:proofErr w:type="spellEnd"/>
            <w:r>
              <w:rPr>
                <w:color w:val="0B3F68"/>
                <w:sz w:val="16"/>
              </w:rPr>
              <w:t>], [</w:t>
            </w:r>
            <w:proofErr w:type="spellStart"/>
            <w:r w:rsidRPr="00AA4833">
              <w:rPr>
                <w:color w:val="0B3F68"/>
                <w:sz w:val="16"/>
                <w:highlight w:val="yellow"/>
              </w:rPr>
              <w:t>Telefonnummer</w:t>
            </w:r>
            <w:proofErr w:type="spellEnd"/>
            <w:r>
              <w:rPr>
                <w:color w:val="0B3F68"/>
                <w:sz w:val="16"/>
              </w:rPr>
              <w:t>].</w:t>
            </w:r>
          </w:p>
          <w:p w14:paraId="47D77611" w14:textId="77777777" w:rsidR="00AA4833" w:rsidRDefault="00AA4833">
            <w:pPr>
              <w:spacing w:after="20"/>
              <w:rPr>
                <w:color w:val="0B3F68"/>
                <w:sz w:val="16"/>
              </w:rPr>
            </w:pPr>
          </w:p>
          <w:p w14:paraId="3E9FCD47" w14:textId="77777777" w:rsidR="00AA4833" w:rsidRDefault="00AA4833">
            <w:pPr>
              <w:spacing w:after="20"/>
            </w:pPr>
          </w:p>
          <w:p w14:paraId="164ABD24" w14:textId="77777777" w:rsidR="001B41A6" w:rsidRDefault="00F00B00">
            <w:pPr>
              <w:spacing w:before="60"/>
            </w:pPr>
            <w:r>
              <w:rPr>
                <w:color w:val="0B3F68"/>
                <w:sz w:val="16"/>
              </w:rPr>
              <w:t>Wir freuen uns auf eine schöne und erlebnisreiche Reise nach Sylt!</w:t>
            </w:r>
          </w:p>
          <w:p w14:paraId="4C46C7C6" w14:textId="77777777" w:rsidR="001B41A6" w:rsidRDefault="00F00B00">
            <w:r w:rsidRPr="00AA4833">
              <w:rPr>
                <w:b/>
                <w:bCs/>
                <w:color w:val="0B3F68"/>
                <w:sz w:val="16"/>
              </w:rPr>
              <w:t>Herzliche Grüße</w:t>
            </w:r>
            <w:r>
              <w:rPr>
                <w:color w:val="0B3F68"/>
                <w:sz w:val="16"/>
              </w:rPr>
              <w:br/>
              <w:t>[</w:t>
            </w:r>
            <w:r w:rsidRPr="00AA4833">
              <w:rPr>
                <w:color w:val="0B3F68"/>
                <w:sz w:val="16"/>
                <w:highlight w:val="yellow"/>
              </w:rPr>
              <w:t>Name / Schule / Einrichtung einfügen</w:t>
            </w:r>
            <w:r>
              <w:rPr>
                <w:color w:val="0B3F68"/>
                <w:sz w:val="16"/>
              </w:rPr>
              <w:t>]</w:t>
            </w:r>
          </w:p>
        </w:tc>
        <w:tc>
          <w:tcPr>
            <w:tcW w:w="2664" w:type="dxa"/>
            <w:tcBorders>
              <w:top w:val="single" w:sz="6" w:space="0" w:color="B7D6E4"/>
              <w:left w:val="single" w:sz="6" w:space="0" w:color="B7D6E4"/>
              <w:bottom w:val="single" w:sz="6" w:space="0" w:color="B7D6E4"/>
              <w:right w:val="single" w:sz="6" w:space="0" w:color="B7D6E4"/>
            </w:tcBorders>
            <w:shd w:val="clear" w:color="auto" w:fill="EEF8FC"/>
            <w:tcMar>
              <w:top w:w="130" w:type="dxa"/>
              <w:left w:w="130" w:type="dxa"/>
              <w:bottom w:w="130" w:type="dxa"/>
              <w:right w:w="130" w:type="dxa"/>
            </w:tcMar>
          </w:tcPr>
          <w:p w14:paraId="526ACB86" w14:textId="77777777" w:rsidR="001B41A6" w:rsidRDefault="00F00B00">
            <w:r>
              <w:rPr>
                <w:b/>
                <w:color w:val="0B3F68"/>
              </w:rPr>
              <w:t>Bitte individuell anpassen</w:t>
            </w:r>
          </w:p>
          <w:p w14:paraId="660EB04A" w14:textId="77777777" w:rsidR="001B41A6" w:rsidRDefault="00F00B00">
            <w:pPr>
              <w:spacing w:after="4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Zeitraum</w:t>
            </w:r>
          </w:p>
          <w:p w14:paraId="5C8DF434" w14:textId="77777777" w:rsidR="001B41A6" w:rsidRDefault="00F00B00">
            <w:pPr>
              <w:spacing w:after="4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Treffpunkt &amp; Uhrzeiten</w:t>
            </w:r>
          </w:p>
          <w:p w14:paraId="4CDE4941" w14:textId="77777777" w:rsidR="001B41A6" w:rsidRDefault="00F00B00">
            <w:pPr>
              <w:spacing w:after="4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Kosten &amp; Zahlungsfrist</w:t>
            </w:r>
          </w:p>
          <w:p w14:paraId="06AD1EB4" w14:textId="77777777" w:rsidR="001B41A6" w:rsidRDefault="00F00B00">
            <w:pPr>
              <w:spacing w:after="4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Anreise</w:t>
            </w:r>
          </w:p>
          <w:p w14:paraId="3A7F9BEF" w14:textId="77777777" w:rsidR="001B41A6" w:rsidRDefault="00F00B00">
            <w:pPr>
              <w:spacing w:after="4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Kontakt</w:t>
            </w:r>
          </w:p>
          <w:p w14:paraId="4C8DF0AC" w14:textId="77777777" w:rsidR="001B41A6" w:rsidRDefault="00F00B00">
            <w:pPr>
              <w:spacing w:after="4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</w:t>
            </w:r>
            <w:r>
              <w:rPr>
                <w:color w:val="0B3F68"/>
                <w:sz w:val="15"/>
              </w:rPr>
              <w:t>Abgabefristen</w:t>
            </w:r>
          </w:p>
          <w:p w14:paraId="7C56CFF2" w14:textId="77777777" w:rsidR="001B41A6" w:rsidRDefault="00F00B00">
            <w:pPr>
              <w:spacing w:after="4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Unterlagen</w:t>
            </w:r>
          </w:p>
          <w:p w14:paraId="29747279" w14:textId="77777777" w:rsidR="001B41A6" w:rsidRDefault="00F00B00">
            <w:pPr>
              <w:spacing w:before="100"/>
            </w:pPr>
            <w:r>
              <w:rPr>
                <w:i/>
                <w:color w:val="2E6689"/>
                <w:sz w:val="14"/>
              </w:rPr>
              <w:t>Hinweis: Diese Vorlage ist bearbeitbar und kann an Ihre Klasse, Schule oder Gruppe angepasst werden.</w:t>
            </w:r>
          </w:p>
        </w:tc>
      </w:tr>
    </w:tbl>
    <w:p w14:paraId="1E8E7415" w14:textId="77777777" w:rsidR="001B41A6" w:rsidRDefault="001B41A6">
      <w:pPr>
        <w:spacing w:before="40"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1B41A6" w14:paraId="1CF0C395" w14:textId="77777777">
        <w:trPr>
          <w:jc w:val="center"/>
        </w:trPr>
        <w:tc>
          <w:tcPr>
            <w:tcW w:w="340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5A07FC81" w14:textId="77777777" w:rsidR="001B41A6" w:rsidRDefault="00F00B00">
            <w:pPr>
              <w:jc w:val="center"/>
            </w:pPr>
            <w:r>
              <w:rPr>
                <w:color w:val="0B3F68"/>
                <w:sz w:val="14"/>
              </w:rPr>
              <w:t>✉</w:t>
            </w:r>
            <w:r>
              <w:rPr>
                <w:color w:val="0B3F68"/>
                <w:sz w:val="14"/>
              </w:rPr>
              <w:t xml:space="preserve"> reservierung@hamburgerkind.de</w:t>
            </w:r>
          </w:p>
        </w:tc>
        <w:tc>
          <w:tcPr>
            <w:tcW w:w="340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7F6EC783" w14:textId="77777777" w:rsidR="001B41A6" w:rsidRDefault="00F00B00">
            <w:pPr>
              <w:jc w:val="center"/>
            </w:pPr>
            <w:r>
              <w:rPr>
                <w:color w:val="0B3F68"/>
                <w:sz w:val="14"/>
              </w:rPr>
              <w:t>☎ +49 173 592 29 68</w:t>
            </w:r>
          </w:p>
        </w:tc>
        <w:tc>
          <w:tcPr>
            <w:tcW w:w="340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57E8E6F2" w14:textId="77777777" w:rsidR="001B41A6" w:rsidRDefault="00F00B00">
            <w:pPr>
              <w:jc w:val="center"/>
            </w:pPr>
            <w:r>
              <w:rPr>
                <w:b/>
                <w:color w:val="0B3F68"/>
                <w:sz w:val="14"/>
              </w:rPr>
              <w:t>⌁</w:t>
            </w:r>
            <w:r>
              <w:rPr>
                <w:b/>
                <w:color w:val="0B3F68"/>
                <w:sz w:val="14"/>
              </w:rPr>
              <w:t xml:space="preserve"> Strandperle Sylt</w:t>
            </w:r>
          </w:p>
        </w:tc>
      </w:tr>
    </w:tbl>
    <w:p w14:paraId="5B8BF3A8" w14:textId="77777777" w:rsidR="001B41A6" w:rsidRDefault="00F00B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60"/>
        <w:gridCol w:w="6804"/>
        <w:gridCol w:w="1927"/>
      </w:tblGrid>
      <w:tr w:rsidR="001B41A6" w14:paraId="6BB588D5" w14:textId="77777777">
        <w:trPr>
          <w:trHeight w:val="1190"/>
          <w:jc w:val="center"/>
        </w:trPr>
        <w:tc>
          <w:tcPr>
            <w:tcW w:w="1360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1EDFEDA" w14:textId="7282C4AB" w:rsidR="001B41A6" w:rsidRDefault="001B41A6">
            <w:pPr>
              <w:jc w:val="center"/>
            </w:pPr>
          </w:p>
        </w:tc>
        <w:tc>
          <w:tcPr>
            <w:tcW w:w="6804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56B59B" w14:textId="77777777" w:rsidR="001B41A6" w:rsidRDefault="00F00B00">
            <w:pPr>
              <w:jc w:val="center"/>
            </w:pPr>
            <w:r>
              <w:rPr>
                <w:b/>
                <w:color w:val="0B3F68"/>
                <w:sz w:val="36"/>
              </w:rPr>
              <w:t>Vor dem Versand ergänzen</w:t>
            </w:r>
          </w:p>
          <w:p w14:paraId="1381CEEE" w14:textId="77777777" w:rsidR="001B41A6" w:rsidRDefault="00F00B00">
            <w:pPr>
              <w:jc w:val="center"/>
            </w:pPr>
            <w:r>
              <w:rPr>
                <w:rFonts w:ascii="Georgia" w:eastAsia="Georgia" w:hAnsi="Georgia"/>
                <w:i/>
                <w:color w:val="0B3F68"/>
                <w:sz w:val="40"/>
              </w:rPr>
              <w:t>Elternbrief-Vorlage</w:t>
            </w:r>
          </w:p>
          <w:p w14:paraId="75EC4F35" w14:textId="77777777" w:rsidR="001B41A6" w:rsidRDefault="00F00B00">
            <w:pPr>
              <w:jc w:val="center"/>
            </w:pPr>
            <w:r>
              <w:rPr>
                <w:color w:val="2E7CA8"/>
                <w:sz w:val="16"/>
              </w:rPr>
              <w:t>~~~~~~~~~~~~  ♥  ~~~~~~~~~~~~</w:t>
            </w:r>
          </w:p>
        </w:tc>
        <w:tc>
          <w:tcPr>
            <w:tcW w:w="1927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D014AB" w14:textId="5ACB4C7F" w:rsidR="001B41A6" w:rsidRDefault="001B41A6">
            <w:pPr>
              <w:jc w:val="center"/>
            </w:pPr>
          </w:p>
        </w:tc>
      </w:tr>
    </w:tbl>
    <w:p w14:paraId="2E4F53BC" w14:textId="77777777" w:rsidR="001B41A6" w:rsidRDefault="001B41A6">
      <w:pPr>
        <w:spacing w:after="0"/>
      </w:pPr>
    </w:p>
    <w:p w14:paraId="344C0C9E" w14:textId="0DF2400B" w:rsidR="001B41A6" w:rsidRDefault="00F00B00">
      <w:pPr>
        <w:spacing w:after="120"/>
        <w:jc w:val="center"/>
      </w:pPr>
      <w:proofErr w:type="spellStart"/>
      <w:r>
        <w:rPr>
          <w:color w:val="0B3F68"/>
          <w:sz w:val="16"/>
        </w:rPr>
        <w:t>Diese</w:t>
      </w:r>
      <w:proofErr w:type="spellEnd"/>
      <w:r>
        <w:rPr>
          <w:color w:val="0B3F68"/>
          <w:sz w:val="16"/>
        </w:rPr>
        <w:t xml:space="preserve"> </w:t>
      </w:r>
      <w:proofErr w:type="spellStart"/>
      <w:r>
        <w:rPr>
          <w:color w:val="0B3F68"/>
          <w:sz w:val="16"/>
        </w:rPr>
        <w:t>Seite</w:t>
      </w:r>
      <w:proofErr w:type="spellEnd"/>
      <w:r>
        <w:rPr>
          <w:color w:val="0B3F68"/>
          <w:sz w:val="16"/>
        </w:rPr>
        <w:t xml:space="preserve"> </w:t>
      </w:r>
      <w:proofErr w:type="spellStart"/>
      <w:r>
        <w:rPr>
          <w:color w:val="0B3F68"/>
          <w:sz w:val="16"/>
        </w:rPr>
        <w:t>hilft</w:t>
      </w:r>
      <w:proofErr w:type="spellEnd"/>
      <w:r>
        <w:rPr>
          <w:color w:val="0B3F68"/>
          <w:sz w:val="16"/>
        </w:rPr>
        <w:t xml:space="preserve"> </w:t>
      </w:r>
      <w:r w:rsidR="00FF59A4">
        <w:rPr>
          <w:color w:val="0B3F68"/>
          <w:sz w:val="16"/>
        </w:rPr>
        <w:t>Ihnen</w:t>
      </w:r>
      <w:r>
        <w:rPr>
          <w:color w:val="0B3F68"/>
          <w:sz w:val="16"/>
        </w:rPr>
        <w:t xml:space="preserve">, alle </w:t>
      </w:r>
      <w:proofErr w:type="spellStart"/>
      <w:r>
        <w:rPr>
          <w:color w:val="0B3F68"/>
          <w:sz w:val="16"/>
        </w:rPr>
        <w:t>wichtigen</w:t>
      </w:r>
      <w:proofErr w:type="spellEnd"/>
      <w:r>
        <w:rPr>
          <w:color w:val="0B3F68"/>
          <w:sz w:val="16"/>
        </w:rPr>
        <w:t xml:space="preserve"> </w:t>
      </w:r>
      <w:proofErr w:type="spellStart"/>
      <w:r>
        <w:rPr>
          <w:color w:val="0B3F68"/>
          <w:sz w:val="16"/>
        </w:rPr>
        <w:t>Angaben</w:t>
      </w:r>
      <w:proofErr w:type="spellEnd"/>
      <w:r>
        <w:rPr>
          <w:color w:val="0B3F68"/>
          <w:sz w:val="16"/>
        </w:rPr>
        <w:t xml:space="preserve"> vor dem Versand zu prüfen.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9"/>
        <w:gridCol w:w="4989"/>
      </w:tblGrid>
      <w:tr w:rsidR="001B41A6" w14:paraId="3D3D8070" w14:textId="77777777">
        <w:trPr>
          <w:trHeight w:val="1332"/>
          <w:jc w:val="center"/>
        </w:trPr>
        <w:tc>
          <w:tcPr>
            <w:tcW w:w="4989" w:type="dxa"/>
            <w:tcBorders>
              <w:top w:val="single" w:sz="6" w:space="0" w:color="C8DCE6"/>
              <w:left w:val="single" w:sz="6" w:space="0" w:color="C8DCE6"/>
              <w:bottom w:val="single" w:sz="6" w:space="0" w:color="C8DCE6"/>
              <w:right w:val="single" w:sz="6" w:space="0" w:color="C8DCE6"/>
            </w:tcBorders>
            <w:shd w:val="clear" w:color="auto" w:fill="EEF8FC"/>
            <w:tcMar>
              <w:top w:w="115" w:type="dxa"/>
              <w:left w:w="140" w:type="dxa"/>
              <w:bottom w:w="115" w:type="dxa"/>
              <w:right w:w="110" w:type="dxa"/>
            </w:tcMar>
          </w:tcPr>
          <w:p w14:paraId="648CE183" w14:textId="77777777" w:rsidR="001B41A6" w:rsidRDefault="00F00B00">
            <w:r>
              <w:rPr>
                <w:b/>
                <w:color w:val="0B3F68"/>
                <w:sz w:val="20"/>
              </w:rPr>
              <w:t>✉</w:t>
            </w:r>
            <w:r>
              <w:rPr>
                <w:b/>
                <w:color w:val="0B3F68"/>
                <w:sz w:val="20"/>
              </w:rPr>
              <w:t xml:space="preserve">  </w:t>
            </w:r>
            <w:r>
              <w:rPr>
                <w:b/>
                <w:color w:val="0B3F68"/>
                <w:sz w:val="19"/>
              </w:rPr>
              <w:t>Reisedaten</w:t>
            </w:r>
          </w:p>
          <w:p w14:paraId="0BB44FCF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Zeitraum eingetragen</w:t>
            </w:r>
          </w:p>
          <w:p w14:paraId="1F667D49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Treffpunkt ergänzt</w:t>
            </w:r>
          </w:p>
          <w:p w14:paraId="39E11F21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Rückkehr ergänzt</w:t>
            </w:r>
          </w:p>
        </w:tc>
        <w:tc>
          <w:tcPr>
            <w:tcW w:w="4989" w:type="dxa"/>
            <w:tcBorders>
              <w:top w:val="single" w:sz="6" w:space="0" w:color="C8DCE6"/>
              <w:left w:val="single" w:sz="6" w:space="0" w:color="C8DCE6"/>
              <w:bottom w:val="single" w:sz="6" w:space="0" w:color="C8DCE6"/>
              <w:right w:val="single" w:sz="6" w:space="0" w:color="C8DCE6"/>
            </w:tcBorders>
            <w:shd w:val="clear" w:color="auto" w:fill="EEF8FC"/>
            <w:tcMar>
              <w:top w:w="115" w:type="dxa"/>
              <w:left w:w="140" w:type="dxa"/>
              <w:bottom w:w="115" w:type="dxa"/>
              <w:right w:w="110" w:type="dxa"/>
            </w:tcMar>
          </w:tcPr>
          <w:p w14:paraId="0C740504" w14:textId="77777777" w:rsidR="001B41A6" w:rsidRDefault="00F00B00">
            <w:r>
              <w:rPr>
                <w:b/>
                <w:color w:val="0B3F68"/>
                <w:sz w:val="20"/>
              </w:rPr>
              <w:t xml:space="preserve">€  </w:t>
            </w:r>
            <w:r>
              <w:rPr>
                <w:b/>
                <w:color w:val="0B3F68"/>
                <w:sz w:val="19"/>
              </w:rPr>
              <w:t>Kosten &amp; Zahlung</w:t>
            </w:r>
          </w:p>
          <w:p w14:paraId="59F11DA1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Kosten eingetragen</w:t>
            </w:r>
          </w:p>
          <w:p w14:paraId="120A85A7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Zahlungsfrist ergänzt</w:t>
            </w:r>
          </w:p>
          <w:p w14:paraId="38B61B2E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Kontodaten geprüft</w:t>
            </w:r>
          </w:p>
        </w:tc>
      </w:tr>
      <w:tr w:rsidR="001B41A6" w14:paraId="37F2C395" w14:textId="77777777">
        <w:trPr>
          <w:trHeight w:val="1332"/>
          <w:jc w:val="center"/>
        </w:trPr>
        <w:tc>
          <w:tcPr>
            <w:tcW w:w="4989" w:type="dxa"/>
            <w:tcBorders>
              <w:top w:val="single" w:sz="6" w:space="0" w:color="C8DCE6"/>
              <w:left w:val="single" w:sz="6" w:space="0" w:color="C8DCE6"/>
              <w:bottom w:val="single" w:sz="6" w:space="0" w:color="C8DCE6"/>
              <w:right w:val="single" w:sz="6" w:space="0" w:color="C8DCE6"/>
            </w:tcBorders>
            <w:shd w:val="clear" w:color="auto" w:fill="EEF8FC"/>
            <w:tcMar>
              <w:top w:w="115" w:type="dxa"/>
              <w:left w:w="140" w:type="dxa"/>
              <w:bottom w:w="115" w:type="dxa"/>
              <w:right w:w="110" w:type="dxa"/>
            </w:tcMar>
          </w:tcPr>
          <w:p w14:paraId="7B752286" w14:textId="77777777" w:rsidR="001B41A6" w:rsidRDefault="00F00B00">
            <w:r>
              <w:rPr>
                <w:b/>
                <w:color w:val="0B3F68"/>
                <w:sz w:val="20"/>
              </w:rPr>
              <w:t>↦</w:t>
            </w:r>
            <w:r>
              <w:rPr>
                <w:b/>
                <w:color w:val="0B3F68"/>
                <w:sz w:val="20"/>
              </w:rPr>
              <w:t xml:space="preserve">  </w:t>
            </w:r>
            <w:r>
              <w:rPr>
                <w:b/>
                <w:color w:val="0B3F68"/>
                <w:sz w:val="19"/>
              </w:rPr>
              <w:t>Anreise</w:t>
            </w:r>
          </w:p>
          <w:p w14:paraId="57BA66B7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</w:t>
            </w:r>
            <w:r>
              <w:rPr>
                <w:color w:val="0B3F68"/>
                <w:sz w:val="15"/>
              </w:rPr>
              <w:t>Verkehrsmittel ergänzt</w:t>
            </w:r>
          </w:p>
          <w:p w14:paraId="25035406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Infos zur Anreise ergänzt</w:t>
            </w:r>
          </w:p>
          <w:p w14:paraId="0BBB1FFB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Ankunftszeit abgestimmt</w:t>
            </w:r>
          </w:p>
        </w:tc>
        <w:tc>
          <w:tcPr>
            <w:tcW w:w="4989" w:type="dxa"/>
            <w:tcBorders>
              <w:top w:val="single" w:sz="6" w:space="0" w:color="C8DCE6"/>
              <w:left w:val="single" w:sz="6" w:space="0" w:color="C8DCE6"/>
              <w:bottom w:val="single" w:sz="6" w:space="0" w:color="C8DCE6"/>
              <w:right w:val="single" w:sz="6" w:space="0" w:color="C8DCE6"/>
            </w:tcBorders>
            <w:shd w:val="clear" w:color="auto" w:fill="EEF8FC"/>
            <w:tcMar>
              <w:top w:w="115" w:type="dxa"/>
              <w:left w:w="140" w:type="dxa"/>
              <w:bottom w:w="115" w:type="dxa"/>
              <w:right w:w="110" w:type="dxa"/>
            </w:tcMar>
          </w:tcPr>
          <w:p w14:paraId="24C6A3B2" w14:textId="77777777" w:rsidR="001B41A6" w:rsidRDefault="00F00B00">
            <w:r>
              <w:rPr>
                <w:b/>
                <w:color w:val="0B3F68"/>
                <w:sz w:val="20"/>
              </w:rPr>
              <w:t>☑</w:t>
            </w:r>
            <w:r>
              <w:rPr>
                <w:b/>
                <w:color w:val="0B3F68"/>
                <w:sz w:val="20"/>
              </w:rPr>
              <w:t xml:space="preserve">  </w:t>
            </w:r>
            <w:r>
              <w:rPr>
                <w:b/>
                <w:color w:val="0B3F68"/>
                <w:sz w:val="19"/>
              </w:rPr>
              <w:t>Unterlagen</w:t>
            </w:r>
          </w:p>
          <w:p w14:paraId="7382B063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Einverständniserklärung erwähnt</w:t>
            </w:r>
          </w:p>
          <w:p w14:paraId="77B5C62A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Gesundheitsinfos abgefragt</w:t>
            </w:r>
          </w:p>
          <w:p w14:paraId="1380315F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Notfallkontakte abgefragt</w:t>
            </w:r>
          </w:p>
        </w:tc>
      </w:tr>
      <w:tr w:rsidR="001B41A6" w14:paraId="7CAC91DA" w14:textId="77777777">
        <w:trPr>
          <w:trHeight w:val="1332"/>
          <w:jc w:val="center"/>
        </w:trPr>
        <w:tc>
          <w:tcPr>
            <w:tcW w:w="4989" w:type="dxa"/>
            <w:tcBorders>
              <w:top w:val="single" w:sz="6" w:space="0" w:color="C8DCE6"/>
              <w:left w:val="single" w:sz="6" w:space="0" w:color="C8DCE6"/>
              <w:bottom w:val="single" w:sz="6" w:space="0" w:color="C8DCE6"/>
              <w:right w:val="single" w:sz="6" w:space="0" w:color="C8DCE6"/>
            </w:tcBorders>
            <w:shd w:val="clear" w:color="auto" w:fill="EEF8FC"/>
            <w:tcMar>
              <w:top w:w="115" w:type="dxa"/>
              <w:left w:w="140" w:type="dxa"/>
              <w:bottom w:w="115" w:type="dxa"/>
              <w:right w:w="110" w:type="dxa"/>
            </w:tcMar>
          </w:tcPr>
          <w:p w14:paraId="7745FC33" w14:textId="77777777" w:rsidR="001B41A6" w:rsidRDefault="00F00B00">
            <w:r>
              <w:rPr>
                <w:b/>
                <w:color w:val="0B3F68"/>
                <w:sz w:val="20"/>
              </w:rPr>
              <w:t xml:space="preserve">★  </w:t>
            </w:r>
            <w:r>
              <w:rPr>
                <w:b/>
                <w:color w:val="0B3F68"/>
                <w:sz w:val="19"/>
              </w:rPr>
              <w:t>Wichtiges</w:t>
            </w:r>
          </w:p>
          <w:p w14:paraId="52E91EE5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Packliste angehängt</w:t>
            </w:r>
          </w:p>
          <w:p w14:paraId="54532676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Hinweise zu Allergien ergänzt</w:t>
            </w:r>
          </w:p>
          <w:p w14:paraId="14F74C98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Medikamente abgefragt</w:t>
            </w:r>
          </w:p>
        </w:tc>
        <w:tc>
          <w:tcPr>
            <w:tcW w:w="4989" w:type="dxa"/>
            <w:tcBorders>
              <w:top w:val="single" w:sz="6" w:space="0" w:color="C8DCE6"/>
              <w:left w:val="single" w:sz="6" w:space="0" w:color="C8DCE6"/>
              <w:bottom w:val="single" w:sz="6" w:space="0" w:color="C8DCE6"/>
              <w:right w:val="single" w:sz="6" w:space="0" w:color="C8DCE6"/>
            </w:tcBorders>
            <w:shd w:val="clear" w:color="auto" w:fill="EEF8FC"/>
            <w:tcMar>
              <w:top w:w="115" w:type="dxa"/>
              <w:left w:w="140" w:type="dxa"/>
              <w:bottom w:w="115" w:type="dxa"/>
              <w:right w:w="110" w:type="dxa"/>
            </w:tcMar>
          </w:tcPr>
          <w:p w14:paraId="6E4220E2" w14:textId="77777777" w:rsidR="001B41A6" w:rsidRDefault="00F00B00">
            <w:r>
              <w:rPr>
                <w:b/>
                <w:color w:val="0B3F68"/>
                <w:sz w:val="20"/>
              </w:rPr>
              <w:t xml:space="preserve">☎  </w:t>
            </w:r>
            <w:r>
              <w:rPr>
                <w:b/>
                <w:color w:val="0B3F68"/>
                <w:sz w:val="19"/>
              </w:rPr>
              <w:t>Kontakt</w:t>
            </w:r>
          </w:p>
          <w:p w14:paraId="79F46ABF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Ansprechpartner:in ergänzt</w:t>
            </w:r>
          </w:p>
          <w:p w14:paraId="30B009EA" w14:textId="77777777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E-Mail / Telefon ergänzt</w:t>
            </w:r>
          </w:p>
          <w:p w14:paraId="6C791878" w14:textId="416FC17D" w:rsidR="001B41A6" w:rsidRDefault="00F00B00">
            <w:pPr>
              <w:spacing w:after="20"/>
            </w:pPr>
            <w:r>
              <w:rPr>
                <w:color w:val="0B3F68"/>
                <w:sz w:val="15"/>
              </w:rPr>
              <w:t>☐</w:t>
            </w:r>
            <w:r>
              <w:rPr>
                <w:color w:val="0B3F68"/>
                <w:sz w:val="15"/>
              </w:rPr>
              <w:t xml:space="preserve"> </w:t>
            </w:r>
            <w:r w:rsidR="00AA4833">
              <w:rPr>
                <w:color w:val="0B3F68"/>
                <w:sz w:val="15"/>
              </w:rPr>
              <w:t xml:space="preserve">Option für </w:t>
            </w:r>
            <w:proofErr w:type="spellStart"/>
            <w:r w:rsidR="00AA4833">
              <w:rPr>
                <w:color w:val="0B3F68"/>
                <w:sz w:val="15"/>
              </w:rPr>
              <w:t>Rückfragen</w:t>
            </w:r>
            <w:proofErr w:type="spellEnd"/>
            <w:r w:rsidR="00AA4833">
              <w:rPr>
                <w:color w:val="0B3F68"/>
                <w:sz w:val="15"/>
              </w:rPr>
              <w:t xml:space="preserve"> der </w:t>
            </w:r>
            <w:proofErr w:type="spellStart"/>
            <w:r w:rsidR="00AA4833">
              <w:rPr>
                <w:color w:val="0B3F68"/>
                <w:sz w:val="15"/>
              </w:rPr>
              <w:t>Eltern</w:t>
            </w:r>
            <w:proofErr w:type="spellEnd"/>
            <w:r>
              <w:rPr>
                <w:color w:val="0B3F68"/>
                <w:sz w:val="15"/>
              </w:rPr>
              <w:t xml:space="preserve"> 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9"/>
      </w:tblGrid>
      <w:tr w:rsidR="001B41A6" w14:paraId="38CBB364" w14:textId="77777777">
        <w:trPr>
          <w:jc w:val="center"/>
        </w:trPr>
        <w:tc>
          <w:tcPr>
            <w:tcW w:w="9979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644585" w14:textId="77777777" w:rsidR="001B41A6" w:rsidRDefault="00F00B00">
            <w:r>
              <w:rPr>
                <w:b/>
                <w:color w:val="0B3F68"/>
                <w:sz w:val="16"/>
              </w:rPr>
              <w:t xml:space="preserve">Hinweis: </w:t>
            </w:r>
            <w:r>
              <w:rPr>
                <w:color w:val="0B3F68"/>
                <w:sz w:val="16"/>
              </w:rPr>
              <w:t>Diese Vorlage dient als Orientierung und kann individuell an die jeweilige Klasse, Schule oder Gruppe angepasst werden.</w:t>
            </w:r>
          </w:p>
        </w:tc>
      </w:tr>
    </w:tbl>
    <w:p w14:paraId="79ADE661" w14:textId="77777777" w:rsidR="001B41A6" w:rsidRDefault="001B41A6">
      <w:pPr>
        <w:spacing w:before="80"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1B41A6" w14:paraId="4BB01014" w14:textId="77777777">
        <w:trPr>
          <w:jc w:val="center"/>
        </w:trPr>
        <w:tc>
          <w:tcPr>
            <w:tcW w:w="340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F6C1C63" w14:textId="77777777" w:rsidR="001B41A6" w:rsidRDefault="00F00B00">
            <w:pPr>
              <w:jc w:val="center"/>
            </w:pPr>
            <w:r>
              <w:rPr>
                <w:color w:val="0B3F68"/>
                <w:sz w:val="14"/>
              </w:rPr>
              <w:t>✉</w:t>
            </w:r>
            <w:r>
              <w:rPr>
                <w:color w:val="0B3F68"/>
                <w:sz w:val="14"/>
              </w:rPr>
              <w:t xml:space="preserve"> reservierung@hamburgerkind.de</w:t>
            </w:r>
          </w:p>
        </w:tc>
        <w:tc>
          <w:tcPr>
            <w:tcW w:w="340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1189D344" w14:textId="77777777" w:rsidR="001B41A6" w:rsidRDefault="00F00B00">
            <w:pPr>
              <w:jc w:val="center"/>
            </w:pPr>
            <w:r>
              <w:rPr>
                <w:color w:val="0B3F68"/>
                <w:sz w:val="14"/>
              </w:rPr>
              <w:t>☎ +49 173 592 29 68</w:t>
            </w:r>
          </w:p>
        </w:tc>
        <w:tc>
          <w:tcPr>
            <w:tcW w:w="3402" w:type="dxa"/>
            <w:tcBorders>
              <w:top w:val="single" w:sz="6" w:space="0" w:color="DDF1F8"/>
              <w:left w:val="single" w:sz="6" w:space="0" w:color="DDF1F8"/>
              <w:bottom w:val="single" w:sz="6" w:space="0" w:color="DDF1F8"/>
              <w:right w:val="single" w:sz="6" w:space="0" w:color="DDF1F8"/>
            </w:tcBorders>
            <w:shd w:val="clear" w:color="auto" w:fill="DDF1F8"/>
            <w:tcMar>
              <w:top w:w="65" w:type="dxa"/>
              <w:left w:w="90" w:type="dxa"/>
              <w:bottom w:w="65" w:type="dxa"/>
              <w:right w:w="90" w:type="dxa"/>
            </w:tcMar>
          </w:tcPr>
          <w:p w14:paraId="6F7A8E40" w14:textId="77777777" w:rsidR="001B41A6" w:rsidRDefault="00F00B00">
            <w:pPr>
              <w:jc w:val="center"/>
            </w:pPr>
            <w:r>
              <w:rPr>
                <w:b/>
                <w:color w:val="0B3F68"/>
                <w:sz w:val="14"/>
              </w:rPr>
              <w:t>⌁</w:t>
            </w:r>
            <w:r>
              <w:rPr>
                <w:b/>
                <w:color w:val="0B3F68"/>
                <w:sz w:val="14"/>
              </w:rPr>
              <w:t xml:space="preserve"> Strandperle Sylt</w:t>
            </w:r>
          </w:p>
        </w:tc>
      </w:tr>
    </w:tbl>
    <w:p w14:paraId="3C65BF95" w14:textId="77777777" w:rsidR="00F00B00" w:rsidRDefault="00F00B00"/>
    <w:sectPr w:rsidR="00F00B00" w:rsidSect="00034616">
      <w:pgSz w:w="11906" w:h="16838"/>
      <w:pgMar w:top="510" w:right="624" w:bottom="454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2884234">
    <w:abstractNumId w:val="8"/>
  </w:num>
  <w:num w:numId="2" w16cid:durableId="1846239989">
    <w:abstractNumId w:val="6"/>
  </w:num>
  <w:num w:numId="3" w16cid:durableId="322583209">
    <w:abstractNumId w:val="5"/>
  </w:num>
  <w:num w:numId="4" w16cid:durableId="447743887">
    <w:abstractNumId w:val="4"/>
  </w:num>
  <w:num w:numId="5" w16cid:durableId="519783772">
    <w:abstractNumId w:val="7"/>
  </w:num>
  <w:num w:numId="6" w16cid:durableId="1439105365">
    <w:abstractNumId w:val="3"/>
  </w:num>
  <w:num w:numId="7" w16cid:durableId="402411769">
    <w:abstractNumId w:val="2"/>
  </w:num>
  <w:num w:numId="8" w16cid:durableId="1471636108">
    <w:abstractNumId w:val="1"/>
  </w:num>
  <w:num w:numId="9" w16cid:durableId="1996101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41A6"/>
    <w:rsid w:val="0029639D"/>
    <w:rsid w:val="00326F90"/>
    <w:rsid w:val="00703BBF"/>
    <w:rsid w:val="007A45AF"/>
    <w:rsid w:val="00902914"/>
    <w:rsid w:val="00AA1D8D"/>
    <w:rsid w:val="00AA4833"/>
    <w:rsid w:val="00B47730"/>
    <w:rsid w:val="00CB0664"/>
    <w:rsid w:val="00EC2A68"/>
    <w:rsid w:val="00F00B00"/>
    <w:rsid w:val="00FC693F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B99D70"/>
  <w14:defaultImageDpi w14:val="300"/>
  <w15:docId w15:val="{831FD7DF-0128-4F63-98AE-FF4869E28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rPr>
      <w:rFonts w:ascii="Arial" w:eastAsia="Arial" w:hAnsi="Arial"/>
      <w:sz w:val="17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bsatz-Standardschriftart"/>
    <w:uiPriority w:val="99"/>
    <w:unhideWhenUsed/>
    <w:rsid w:val="00AA4833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A4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Frost</cp:lastModifiedBy>
  <cp:revision>2</cp:revision>
  <dcterms:created xsi:type="dcterms:W3CDTF">2026-06-20T17:12:00Z</dcterms:created>
  <dcterms:modified xsi:type="dcterms:W3CDTF">2026-06-20T17:12:00Z</dcterms:modified>
  <cp:category/>
</cp:coreProperties>
</file>